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BEEA4" w14:textId="77777777" w:rsidR="000C3679" w:rsidRDefault="00530C42" w:rsidP="002E2F09">
      <w:pPr>
        <w:spacing w:after="240"/>
        <w:jc w:val="center"/>
      </w:pPr>
      <w:r>
        <w:rPr>
          <w:color w:val="66798B"/>
          <w:sz w:val="17"/>
          <w:szCs w:val="17"/>
        </w:rPr>
        <w:t>Projet « AMUSSU : Promouvoir le pouvoir d’agir de la société civile au Maroc pour la bonne gouvernance, l’environnement et le climat » (Réf. ENPI/2022/430-236)</w:t>
      </w:r>
    </w:p>
    <w:p w14:paraId="073EC5D3" w14:textId="77777777" w:rsidR="000C3679" w:rsidRDefault="00530C42" w:rsidP="002E2F09">
      <w:pPr>
        <w:spacing w:before="80" w:after="180"/>
        <w:jc w:val="center"/>
      </w:pPr>
      <w:r>
        <w:rPr>
          <w:b/>
          <w:bCs/>
          <w:color w:val="193E63"/>
          <w:sz w:val="26"/>
          <w:szCs w:val="26"/>
        </w:rPr>
        <w:t>APPEL À MANIFESTATION D’INTÉRÊT POUR L’ORGANISATION TECHNIQUE ET LOGISTIQUE DU FORUM INTERNATIONAL DE RÉSEAUTAGE</w:t>
      </w:r>
    </w:p>
    <w:p w14:paraId="0E37E4A1" w14:textId="77777777" w:rsidR="000C3679" w:rsidRDefault="00530C42" w:rsidP="002E2F09">
      <w:pPr>
        <w:spacing w:after="240"/>
        <w:jc w:val="lowKashida"/>
      </w:pPr>
      <w:r>
        <w:rPr>
          <w:b/>
          <w:bCs/>
          <w:color w:val="286B9A"/>
          <w:sz w:val="24"/>
          <w:szCs w:val="24"/>
        </w:rPr>
        <w:t>Annexe 3 – Formulaire d’informations</w:t>
      </w:r>
    </w:p>
    <w:p w14:paraId="114AB814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t>IDENTIFICATION DE L’ORGANISATION</w:t>
      </w:r>
    </w:p>
    <w:tbl>
      <w:tblPr>
        <w:tblStyle w:val="a"/>
        <w:tblW w:w="9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56"/>
        <w:gridCol w:w="6002"/>
      </w:tblGrid>
      <w:tr w:rsidR="000C3679" w14:paraId="4987D705" w14:textId="77777777">
        <w:trPr>
          <w:trHeight w:val="454"/>
        </w:trPr>
        <w:tc>
          <w:tcPr>
            <w:tcW w:w="345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A848498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Nom de l’association / du réseau</w:t>
            </w:r>
          </w:p>
        </w:tc>
        <w:tc>
          <w:tcPr>
            <w:tcW w:w="600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8DFB74D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7A5680A6" w14:textId="77777777">
        <w:trPr>
          <w:trHeight w:val="454"/>
        </w:trPr>
        <w:tc>
          <w:tcPr>
            <w:tcW w:w="345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B50B0AE" w14:textId="77777777" w:rsidR="000C3679" w:rsidRDefault="00530C42" w:rsidP="002E2F09">
            <w:pPr>
              <w:jc w:val="lowKashida"/>
              <w:rPr>
                <w:color w:val="4A86E8"/>
              </w:rPr>
            </w:pPr>
            <w:r>
              <w:rPr>
                <w:b/>
                <w:bCs/>
                <w:color w:val="28374B"/>
                <w:sz w:val="18"/>
                <w:szCs w:val="18"/>
              </w:rPr>
              <w:t>Nom et prénom de la personne représentante-</w:t>
            </w:r>
            <w:r>
              <w:rPr>
                <w:b/>
                <w:bCs/>
                <w:color w:val="4A86E8"/>
                <w:sz w:val="18"/>
                <w:szCs w:val="18"/>
              </w:rPr>
              <w:t xml:space="preserve">du représentant légal de l’association </w:t>
            </w:r>
          </w:p>
        </w:tc>
        <w:tc>
          <w:tcPr>
            <w:tcW w:w="600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197098E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440F0AB3" w14:textId="77777777">
        <w:trPr>
          <w:trHeight w:val="454"/>
        </w:trPr>
        <w:tc>
          <w:tcPr>
            <w:tcW w:w="345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3924801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Date</w:t>
            </w:r>
          </w:p>
        </w:tc>
        <w:tc>
          <w:tcPr>
            <w:tcW w:w="600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DE1372F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070822BC" w14:textId="77777777">
        <w:trPr>
          <w:trHeight w:val="907"/>
        </w:trPr>
        <w:tc>
          <w:tcPr>
            <w:tcW w:w="345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01A3BFD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Signature et cachet</w:t>
            </w:r>
          </w:p>
        </w:tc>
        <w:tc>
          <w:tcPr>
            <w:tcW w:w="600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97C0CE9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</w:tbl>
    <w:p w14:paraId="5E2942D6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t>1. INFORMATIONS GÉNÉRALES</w:t>
      </w:r>
    </w:p>
    <w:tbl>
      <w:tblPr>
        <w:tblStyle w:val="a0"/>
        <w:tblW w:w="9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36"/>
        <w:gridCol w:w="5322"/>
      </w:tblGrid>
      <w:tr w:rsidR="000C3679" w14:paraId="5761F527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FF602F3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Nom de l’association / du réseau d’associations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BDC241B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5C0FFFAD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406AEBC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Sigle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F6A4CC4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719C4056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CD06F14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Date de création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3424D4D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10EC3E5B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25D1A62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Adresse électronique de l’organisation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8C9CDE3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22058C9B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220E813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Numéro de téléphone de l’organisation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373F186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435EFB6E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9EFD180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Nom de la personne de contact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0450860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394C4B73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DE0796A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Fonction de la personne de contact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79E91CE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0B5BB904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EF75CC9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Téléphone de la personne de contact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2AF54FA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3F67D015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8D578C9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Adresse électronique de la personne de contact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087A8EA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237823C2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CA67C84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Site web de l’association / du réseau (le cas échéant)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A0380FC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536AC7C5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30085A5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Page Facebook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613DF4F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40C1240B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27EA3E3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Compte Instagram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F6214B5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11B35A6E" w14:textId="77777777">
        <w:trPr>
          <w:trHeight w:val="346"/>
        </w:trPr>
        <w:tc>
          <w:tcPr>
            <w:tcW w:w="4136" w:type="dxa"/>
            <w:shd w:val="clear" w:color="auto" w:fill="E9EEF3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C908DFE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28374B"/>
                <w:sz w:val="18"/>
                <w:szCs w:val="18"/>
              </w:rPr>
              <w:t>Autres réseaux sociaux</w:t>
            </w:r>
          </w:p>
        </w:tc>
        <w:tc>
          <w:tcPr>
            <w:tcW w:w="5322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0A41480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</w:tbl>
    <w:p w14:paraId="28A0DEF7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lastRenderedPageBreak/>
        <w:t>2. TERRITOIRE D’INTERVENTION</w:t>
      </w:r>
    </w:p>
    <w:p w14:paraId="3E967BA1" w14:textId="77777777" w:rsidR="000C3679" w:rsidRDefault="00530C42" w:rsidP="002E2F09">
      <w:pPr>
        <w:spacing w:after="100"/>
        <w:jc w:val="lowKashida"/>
      </w:pPr>
      <w:r>
        <w:rPr>
          <w:sz w:val="18"/>
          <w:szCs w:val="18"/>
        </w:rPr>
        <w:t>Ville d’implantation de l’association / du réseau :  ......................................................................................................</w:t>
      </w:r>
    </w:p>
    <w:p w14:paraId="2E11976C" w14:textId="77777777" w:rsidR="000C3679" w:rsidRDefault="00530C42" w:rsidP="002E2F09">
      <w:pPr>
        <w:spacing w:after="100"/>
        <w:jc w:val="lowKashida"/>
      </w:pPr>
      <w:r>
        <w:rPr>
          <w:sz w:val="18"/>
          <w:szCs w:val="18"/>
        </w:rPr>
        <w:t>Territoire couvert par les projets et activités :     ☐ Local       ☐ Régional       ☐ National</w:t>
      </w:r>
    </w:p>
    <w:p w14:paraId="73EACC18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t>3. CATÉGORIE DE L’ORGANISATION</w:t>
      </w:r>
    </w:p>
    <w:p w14:paraId="11A4A7F6" w14:textId="77777777" w:rsidR="000C3679" w:rsidRDefault="00530C42" w:rsidP="002E2F09">
      <w:pPr>
        <w:spacing w:after="100"/>
        <w:jc w:val="lowKashida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ONG       ☐ Association nationale       ☐ Association régionale</w:t>
      </w:r>
    </w:p>
    <w:p w14:paraId="74CC49ED" w14:textId="77777777" w:rsidR="000C3679" w:rsidRDefault="00530C42" w:rsidP="002E2F09">
      <w:pPr>
        <w:spacing w:after="100"/>
        <w:jc w:val="lowKashida"/>
      </w:pPr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Réseau national       ☐ Réseau régional       ☐ Réseau local</w:t>
      </w:r>
    </w:p>
    <w:p w14:paraId="5C3D06D3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t>4. PRINCIPAUX DOMAINES D’INTERVENTION</w:t>
      </w:r>
    </w:p>
    <w:p w14:paraId="2C3BC510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Bonne</w:t>
      </w:r>
      <w:proofErr w:type="gramEnd"/>
      <w:r>
        <w:rPr>
          <w:sz w:val="18"/>
          <w:szCs w:val="18"/>
        </w:rPr>
        <w:t xml:space="preserve"> gouvernance (transparence, lutte contre la corruption, redevabilité, accès à l’information)</w:t>
      </w:r>
    </w:p>
    <w:p w14:paraId="0C03CCAF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Protection</w:t>
      </w:r>
      <w:proofErr w:type="gramEnd"/>
      <w:r>
        <w:rPr>
          <w:sz w:val="18"/>
          <w:szCs w:val="18"/>
        </w:rPr>
        <w:t xml:space="preserve"> de l’environnement</w:t>
      </w:r>
    </w:p>
    <w:p w14:paraId="08D00F33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Lutte</w:t>
      </w:r>
      <w:proofErr w:type="gramEnd"/>
      <w:r>
        <w:rPr>
          <w:sz w:val="18"/>
          <w:szCs w:val="18"/>
        </w:rPr>
        <w:t xml:space="preserve"> contre les changements climatiques</w:t>
      </w:r>
    </w:p>
    <w:p w14:paraId="30E3BECB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Économie</w:t>
      </w:r>
      <w:proofErr w:type="gramEnd"/>
      <w:r>
        <w:rPr>
          <w:sz w:val="18"/>
          <w:szCs w:val="18"/>
        </w:rPr>
        <w:t xml:space="preserve"> circulaire</w:t>
      </w:r>
    </w:p>
    <w:p w14:paraId="2C1B2C1E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Gestion</w:t>
      </w:r>
      <w:proofErr w:type="gramEnd"/>
      <w:r>
        <w:rPr>
          <w:sz w:val="18"/>
          <w:szCs w:val="18"/>
        </w:rPr>
        <w:t xml:space="preserve"> des déchets et de l’eau</w:t>
      </w:r>
    </w:p>
    <w:p w14:paraId="2978417C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Consommation</w:t>
      </w:r>
      <w:proofErr w:type="gramEnd"/>
      <w:r>
        <w:rPr>
          <w:sz w:val="18"/>
          <w:szCs w:val="18"/>
        </w:rPr>
        <w:t xml:space="preserve"> responsable</w:t>
      </w:r>
    </w:p>
    <w:p w14:paraId="0574E993" w14:textId="77777777" w:rsidR="000C3679" w:rsidRDefault="00530C42" w:rsidP="002E2F09">
      <w:pPr>
        <w:jc w:val="lowKashida"/>
      </w:pPr>
      <w:proofErr w:type="gramStart"/>
      <w:r>
        <w:rPr>
          <w:sz w:val="18"/>
          <w:szCs w:val="18"/>
        </w:rPr>
        <w:t>☐</w:t>
      </w:r>
      <w:r>
        <w:rPr>
          <w:sz w:val="18"/>
          <w:szCs w:val="18"/>
        </w:rPr>
        <w:t xml:space="preserve">  Agrotourisme</w:t>
      </w:r>
      <w:proofErr w:type="gramEnd"/>
      <w:r>
        <w:rPr>
          <w:sz w:val="18"/>
          <w:szCs w:val="18"/>
        </w:rPr>
        <w:t xml:space="preserve"> / écotourisme</w:t>
      </w:r>
    </w:p>
    <w:p w14:paraId="7131505E" w14:textId="77777777" w:rsidR="000C3679" w:rsidRDefault="00530C42" w:rsidP="002E2F09">
      <w:pPr>
        <w:keepNext/>
        <w:pBdr>
          <w:bottom w:val="single" w:sz="10" w:space="0" w:color="5AA0CE"/>
        </w:pBdr>
        <w:spacing w:before="240" w:after="160"/>
        <w:jc w:val="lowKashida"/>
      </w:pPr>
      <w:r>
        <w:rPr>
          <w:b/>
          <w:bCs/>
          <w:color w:val="1A557E"/>
          <w:sz w:val="23"/>
          <w:szCs w:val="23"/>
        </w:rPr>
        <w:t>5. PROJETS MIS EN ŒUVRE</w:t>
      </w:r>
    </w:p>
    <w:p w14:paraId="0BE5072F" w14:textId="77777777" w:rsidR="000C3679" w:rsidRDefault="00530C42" w:rsidP="002E2F09">
      <w:pPr>
        <w:spacing w:after="160"/>
        <w:jc w:val="lowKashida"/>
      </w:pPr>
      <w:r>
        <w:rPr>
          <w:sz w:val="18"/>
          <w:szCs w:val="18"/>
        </w:rPr>
        <w:t>Veuillez présenter brièvement les derniers projets mis en œuvre en lien avec les domaines d’intervention de votre association ou réseau.</w:t>
      </w:r>
    </w:p>
    <w:tbl>
      <w:tblPr>
        <w:tblStyle w:val="a1"/>
        <w:tblW w:w="11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4"/>
        <w:gridCol w:w="2891"/>
        <w:gridCol w:w="2494"/>
        <w:gridCol w:w="1894"/>
        <w:gridCol w:w="1894"/>
      </w:tblGrid>
      <w:tr w:rsidR="000C3679" w14:paraId="766B49D5" w14:textId="77777777">
        <w:trPr>
          <w:jc w:val="center"/>
        </w:trPr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C51523D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FFFFFF"/>
                <w:sz w:val="17"/>
                <w:szCs w:val="17"/>
              </w:rPr>
              <w:t>Année</w:t>
            </w:r>
          </w:p>
        </w:tc>
        <w:tc>
          <w:tcPr>
            <w:tcW w:w="2891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6CCE8E6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FFFFFF"/>
                <w:sz w:val="17"/>
                <w:szCs w:val="17"/>
              </w:rPr>
              <w:t>Projet</w:t>
            </w:r>
          </w:p>
        </w:tc>
        <w:tc>
          <w:tcPr>
            <w:tcW w:w="24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E0F610B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FFFFFF"/>
                <w:sz w:val="17"/>
                <w:szCs w:val="17"/>
              </w:rPr>
              <w:t>Axe / thématique</w:t>
            </w:r>
          </w:p>
        </w:tc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F0AEA9E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FFFFFF"/>
                <w:sz w:val="17"/>
                <w:szCs w:val="17"/>
              </w:rPr>
              <w:t>Montant global</w:t>
            </w:r>
          </w:p>
        </w:tc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0D7808C" w14:textId="77777777" w:rsidR="000C3679" w:rsidRDefault="00530C42" w:rsidP="002E2F09">
            <w:pPr>
              <w:jc w:val="lowKashida"/>
            </w:pPr>
            <w:r>
              <w:rPr>
                <w:b/>
                <w:bCs/>
                <w:color w:val="FFFFFF"/>
                <w:sz w:val="17"/>
                <w:szCs w:val="17"/>
              </w:rPr>
              <w:t>Bailleur</w:t>
            </w:r>
          </w:p>
        </w:tc>
      </w:tr>
      <w:tr w:rsidR="000C3679" w14:paraId="65FEBEB2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CFC5B74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84D3A5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5C42D91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214E73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6F73D7D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59506DB3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8E6AE25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4B3A87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B52D424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3A14D0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E151196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46FD615B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D8D4D6E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0E07A42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EBF1536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39D8D49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E420D19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7F0BB94C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18CC1D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FF53085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C5328DF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D53CE17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31606B3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59EB5A79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FD08242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D22133C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F48EF57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C12B0E6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4194EA9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0C3679" w14:paraId="40874515" w14:textId="77777777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4FAACD3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FC4DE77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E973D78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B1DEDF2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63E5673" w14:textId="77777777" w:rsidR="000C3679" w:rsidRDefault="00530C42" w:rsidP="002E2F09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</w:tbl>
    <w:p w14:paraId="2071FF29" w14:textId="77777777" w:rsidR="000C3679" w:rsidRDefault="000C3679" w:rsidP="002E2F09">
      <w:pPr>
        <w:spacing w:after="0"/>
        <w:jc w:val="lowKashida"/>
        <w:rPr>
          <w:color w:val="788798"/>
          <w:sz w:val="16"/>
          <w:szCs w:val="16"/>
        </w:rPr>
      </w:pPr>
    </w:p>
    <w:p w14:paraId="50569B24" w14:textId="77777777" w:rsidR="000C3679" w:rsidRDefault="000C3679" w:rsidP="002E2F09">
      <w:pPr>
        <w:spacing w:after="0"/>
        <w:jc w:val="lowKashida"/>
        <w:rPr>
          <w:color w:val="788798"/>
          <w:sz w:val="16"/>
          <w:szCs w:val="16"/>
        </w:rPr>
      </w:pPr>
    </w:p>
    <w:p w14:paraId="258A865A" w14:textId="77777777" w:rsidR="000C3679" w:rsidRDefault="000C3679" w:rsidP="002E2F09">
      <w:pPr>
        <w:spacing w:after="0"/>
        <w:jc w:val="lowKashida"/>
        <w:rPr>
          <w:color w:val="788798"/>
          <w:sz w:val="16"/>
          <w:szCs w:val="16"/>
        </w:rPr>
      </w:pPr>
    </w:p>
    <w:p w14:paraId="4610A379" w14:textId="77777777" w:rsidR="002E2F09" w:rsidRPr="002E2F09" w:rsidRDefault="002E2F09" w:rsidP="002E2F09">
      <w:pPr>
        <w:keepNext/>
        <w:pBdr>
          <w:bottom w:val="single" w:sz="10" w:space="0" w:color="5AA0CE"/>
        </w:pBdr>
        <w:spacing w:before="240" w:after="160"/>
        <w:jc w:val="lowKashida"/>
        <w:rPr>
          <w:b/>
          <w:bCs/>
          <w:color w:val="1A557E"/>
          <w:sz w:val="23"/>
          <w:szCs w:val="23"/>
        </w:rPr>
      </w:pPr>
      <w:r w:rsidRPr="002E2F09">
        <w:rPr>
          <w:b/>
          <w:bCs/>
          <w:color w:val="1A557E"/>
          <w:sz w:val="23"/>
          <w:szCs w:val="23"/>
        </w:rPr>
        <w:lastRenderedPageBreak/>
        <w:t>6. EXPÉRIENCE DANS L’ORGANISATION D’ÉVÉNEMENTS SIMILAIRES</w:t>
      </w:r>
    </w:p>
    <w:p w14:paraId="075C2E4E" w14:textId="77777777" w:rsidR="002E2F09" w:rsidRDefault="002E2F09" w:rsidP="002E2F09">
      <w:pPr>
        <w:spacing w:after="0"/>
        <w:jc w:val="lowKashida"/>
        <w:rPr>
          <w:sz w:val="18"/>
          <w:szCs w:val="18"/>
        </w:rPr>
      </w:pPr>
      <w:r w:rsidRPr="002E2F09">
        <w:rPr>
          <w:sz w:val="18"/>
          <w:szCs w:val="18"/>
        </w:rPr>
        <w:t>Votre organisation a-t-elle participé à l’organisation technique et logistique d’événements similaires (forums, conférences, rencontres nationales ou internationales, etc.) au cours des quatre (4) dernières années ?</w:t>
      </w:r>
    </w:p>
    <w:p w14:paraId="170AD1DC" w14:textId="77777777" w:rsidR="002E2F09" w:rsidRPr="002E2F09" w:rsidRDefault="002E2F09" w:rsidP="002E2F09">
      <w:pPr>
        <w:spacing w:after="0"/>
        <w:jc w:val="lowKashida"/>
        <w:rPr>
          <w:sz w:val="18"/>
          <w:szCs w:val="18"/>
        </w:rPr>
      </w:pPr>
    </w:p>
    <w:p w14:paraId="7669158A" w14:textId="77777777" w:rsidR="002E2F09" w:rsidRDefault="002E2F09" w:rsidP="002E2F09">
      <w:pPr>
        <w:spacing w:after="0"/>
        <w:jc w:val="lowKashida"/>
        <w:rPr>
          <w:sz w:val="18"/>
          <w:szCs w:val="18"/>
        </w:rPr>
      </w:pPr>
      <w:r w:rsidRPr="002E2F09">
        <w:rPr>
          <w:sz w:val="18"/>
          <w:szCs w:val="18"/>
        </w:rPr>
        <w:t>☐ Oui ☐ Non</w:t>
      </w:r>
    </w:p>
    <w:p w14:paraId="4644C2B1" w14:textId="77777777" w:rsidR="002E2F09" w:rsidRPr="002E2F09" w:rsidRDefault="002E2F09" w:rsidP="002E2F09">
      <w:pPr>
        <w:spacing w:after="0"/>
        <w:jc w:val="lowKashida"/>
        <w:rPr>
          <w:sz w:val="18"/>
          <w:szCs w:val="18"/>
        </w:rPr>
      </w:pPr>
    </w:p>
    <w:p w14:paraId="386C399B" w14:textId="77777777" w:rsidR="002E2F09" w:rsidRDefault="002E2F09" w:rsidP="002E2F09">
      <w:pPr>
        <w:spacing w:after="0"/>
        <w:jc w:val="lowKashida"/>
        <w:rPr>
          <w:sz w:val="18"/>
          <w:szCs w:val="18"/>
        </w:rPr>
      </w:pPr>
      <w:r w:rsidRPr="002E2F09">
        <w:rPr>
          <w:sz w:val="18"/>
          <w:szCs w:val="18"/>
        </w:rPr>
        <w:t>Si oui, veuillez renseigner le tableau ci-dessous en précisant les événements organisés, votre rôle et les partenaires ou membres du consortium impliqués.</w:t>
      </w:r>
    </w:p>
    <w:tbl>
      <w:tblPr>
        <w:tblStyle w:val="a1"/>
        <w:tblW w:w="11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4"/>
        <w:gridCol w:w="2891"/>
        <w:gridCol w:w="2494"/>
        <w:gridCol w:w="1894"/>
        <w:gridCol w:w="1894"/>
      </w:tblGrid>
      <w:tr w:rsidR="002E2F09" w14:paraId="16BEBF59" w14:textId="77777777" w:rsidTr="002E2F09">
        <w:trPr>
          <w:jc w:val="center"/>
        </w:trPr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79F57CC" w14:textId="77777777" w:rsidR="002E2F09" w:rsidRPr="002E2F09" w:rsidRDefault="002E2F09" w:rsidP="002E2F09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 w:rsidRPr="002E2F09">
              <w:rPr>
                <w:b/>
                <w:bCs/>
                <w:color w:val="FFFFFF"/>
                <w:sz w:val="17"/>
                <w:szCs w:val="17"/>
              </w:rPr>
              <w:t>Année</w:t>
            </w:r>
          </w:p>
        </w:tc>
        <w:tc>
          <w:tcPr>
            <w:tcW w:w="2891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6F7F8C9" w14:textId="273EEB5F" w:rsidR="002E2F09" w:rsidRPr="002E2F09" w:rsidRDefault="002E2F09" w:rsidP="002E2F09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 w:rsidRPr="002E2F09">
              <w:rPr>
                <w:b/>
                <w:bCs/>
                <w:color w:val="FFFFFF"/>
                <w:sz w:val="17"/>
                <w:szCs w:val="17"/>
              </w:rPr>
              <w:t>Intitulé de l’événement</w:t>
            </w:r>
          </w:p>
        </w:tc>
        <w:tc>
          <w:tcPr>
            <w:tcW w:w="24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2102265" w14:textId="3AE73B6F" w:rsidR="002E2F09" w:rsidRPr="002E2F09" w:rsidRDefault="002E2F09" w:rsidP="002E2F09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 w:rsidRPr="002E2F09">
              <w:rPr>
                <w:b/>
                <w:bCs/>
                <w:color w:val="FFFFFF"/>
                <w:sz w:val="17"/>
                <w:szCs w:val="17"/>
              </w:rPr>
              <w:t>Nature et envergure de l’événement</w:t>
            </w:r>
          </w:p>
        </w:tc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0043B55" w14:textId="53DFE578" w:rsidR="002E2F09" w:rsidRPr="002E2F09" w:rsidRDefault="002E2F09" w:rsidP="002E2F09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 w:rsidRPr="002E2F09">
              <w:rPr>
                <w:b/>
                <w:bCs/>
                <w:color w:val="FFFFFF"/>
                <w:sz w:val="17"/>
                <w:szCs w:val="17"/>
              </w:rPr>
              <w:t>Rôle de l’organisation</w:t>
            </w:r>
          </w:p>
        </w:tc>
        <w:tc>
          <w:tcPr>
            <w:tcW w:w="1894" w:type="dxa"/>
            <w:shd w:val="clear" w:color="auto" w:fill="245981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D650006" w14:textId="4F7305C2" w:rsidR="002E2F09" w:rsidRPr="002E2F09" w:rsidRDefault="002E2F09" w:rsidP="002E2F09">
            <w:pPr>
              <w:jc w:val="center"/>
              <w:rPr>
                <w:b/>
                <w:bCs/>
                <w:color w:val="FFFFFF"/>
                <w:sz w:val="17"/>
                <w:szCs w:val="17"/>
              </w:rPr>
            </w:pPr>
            <w:r w:rsidRPr="002E2F09">
              <w:rPr>
                <w:b/>
                <w:bCs/>
                <w:color w:val="FFFFFF"/>
                <w:sz w:val="17"/>
                <w:szCs w:val="17"/>
              </w:rPr>
              <w:t>Partenaires / Consortium</w:t>
            </w:r>
          </w:p>
        </w:tc>
      </w:tr>
      <w:tr w:rsidR="002E2F09" w14:paraId="4D0F537E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EBF72A7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19E48CA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05B11E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0C98376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DC516FA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2E2F09" w14:paraId="0A922F22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002E2B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9BF5293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BCFCD08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DF9A0DF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C9D5352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2E2F09" w14:paraId="2FA4A949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526E3A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FF73469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9A27E55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9D542B7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56D5D64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2E2F09" w14:paraId="7181D84B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AFF14D5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6CF1BE1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526D3AD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4376209E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5CE2C2F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2E2F09" w14:paraId="5620A4B4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D53B18E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2ECF554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30648B9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0320BE32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A2D479A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  <w:tr w:rsidR="002E2F09" w14:paraId="3EC4E0CC" w14:textId="77777777" w:rsidTr="002E2F09">
        <w:trPr>
          <w:trHeight w:val="624"/>
          <w:jc w:val="center"/>
        </w:trPr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3D5B825B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891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AA4A549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24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1965E59F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7526C13A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  <w:tc>
          <w:tcPr>
            <w:tcW w:w="1894" w:type="dxa"/>
            <w:tcMar>
              <w:top w:w="90" w:type="dxa"/>
              <w:left w:w="125" w:type="dxa"/>
              <w:bottom w:w="90" w:type="dxa"/>
              <w:right w:w="125" w:type="dxa"/>
            </w:tcMar>
            <w:vAlign w:val="center"/>
          </w:tcPr>
          <w:p w14:paraId="6ACFBE50" w14:textId="77777777" w:rsidR="002E2F09" w:rsidRDefault="002E2F09" w:rsidP="00090F52">
            <w:pPr>
              <w:jc w:val="lowKashida"/>
            </w:pPr>
            <w:r>
              <w:rPr>
                <w:color w:val="28374B"/>
                <w:sz w:val="18"/>
                <w:szCs w:val="18"/>
              </w:rPr>
              <w:t xml:space="preserve"> </w:t>
            </w:r>
          </w:p>
        </w:tc>
      </w:tr>
    </w:tbl>
    <w:p w14:paraId="4C75F319" w14:textId="77777777" w:rsidR="002E2F09" w:rsidRDefault="002E2F09" w:rsidP="002E2F09">
      <w:pPr>
        <w:spacing w:after="0"/>
        <w:jc w:val="lowKashida"/>
        <w:rPr>
          <w:sz w:val="18"/>
          <w:szCs w:val="18"/>
        </w:rPr>
      </w:pPr>
    </w:p>
    <w:p w14:paraId="21B464A3" w14:textId="77777777" w:rsidR="002E2F09" w:rsidRDefault="002E2F09" w:rsidP="002E2F09">
      <w:pPr>
        <w:spacing w:after="0"/>
        <w:jc w:val="lowKashida"/>
        <w:rPr>
          <w:sz w:val="18"/>
          <w:szCs w:val="18"/>
        </w:rPr>
      </w:pPr>
    </w:p>
    <w:p w14:paraId="4013EBDF" w14:textId="77777777" w:rsidR="002E2F09" w:rsidRPr="002E2F09" w:rsidRDefault="002E2F09" w:rsidP="002E2F09">
      <w:pPr>
        <w:spacing w:after="0"/>
        <w:jc w:val="lowKashida"/>
        <w:rPr>
          <w:rFonts w:ascii="Calibri" w:eastAsia="Calibri" w:hAnsi="Calibri" w:cs="Calibri"/>
          <w:b/>
          <w:bCs/>
          <w:color w:val="FF0000"/>
          <w:sz w:val="18"/>
          <w:szCs w:val="18"/>
          <w:lang w:val="fr-FR"/>
        </w:rPr>
      </w:pPr>
      <w:r w:rsidRPr="002E2F09">
        <w:rPr>
          <w:rFonts w:ascii="Calibri" w:eastAsia="Calibri" w:hAnsi="Calibri" w:cs="Calibri"/>
          <w:b/>
          <w:bCs/>
          <w:i/>
          <w:iCs/>
          <w:color w:val="FF0000"/>
          <w:sz w:val="18"/>
          <w:szCs w:val="18"/>
          <w:lang w:val="fr-FR"/>
        </w:rPr>
        <w:t>Veuillez ajouter des lignes si nécessaire.</w:t>
      </w:r>
    </w:p>
    <w:p w14:paraId="22F6C049" w14:textId="5C740F92" w:rsidR="000C3679" w:rsidRDefault="000C3679" w:rsidP="002E2F09">
      <w:pPr>
        <w:spacing w:after="0"/>
        <w:jc w:val="lowKashida"/>
      </w:pPr>
    </w:p>
    <w:sectPr w:rsidR="000C36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7" w:right="1219" w:bottom="1191" w:left="1219" w:header="369" w:footer="3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CC390" w14:textId="77777777" w:rsidR="00530C42" w:rsidRDefault="00530C42">
      <w:pPr>
        <w:spacing w:after="0" w:line="240" w:lineRule="auto"/>
      </w:pPr>
      <w:r>
        <w:separator/>
      </w:r>
    </w:p>
  </w:endnote>
  <w:endnote w:type="continuationSeparator" w:id="0">
    <w:p w14:paraId="2DECEEA1" w14:textId="77777777" w:rsidR="00530C42" w:rsidRDefault="00530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0CAFF45-4EE3-402A-A176-C1856DCD53F0}"/>
    <w:embedBold r:id="rId2" w:fontKey="{DA64B889-4C82-4F44-8710-2C3239940893}"/>
    <w:embedItalic r:id="rId3" w:fontKey="{141EE2D1-F9DA-4113-8FA5-3D67AFD25125}"/>
    <w:embedBoldItalic r:id="rId4" w:fontKey="{B970E501-2E5C-4615-9DEA-0CF286ECAA4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20B81F98-033E-412F-AAA7-F6FCA72A8ADD}"/>
    <w:embedBold r:id="rId6" w:fontKey="{CC547618-72CD-4F5B-A63B-CF3F2E56B37C}"/>
    <w:embedItalic r:id="rId7" w:fontKey="{3BE2316F-F545-43EB-867B-03E0DCE829AC}"/>
    <w:embedBoldItalic r:id="rId8" w:fontKey="{E8C7D3A3-EE87-4F56-9B0B-1B6C3C3E0B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7BE27BB-1696-407F-A303-C2A76BEE899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53859" w14:textId="77777777" w:rsidR="000C3679" w:rsidRDefault="000C3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6DD3A" w14:textId="77777777" w:rsidR="000C3679" w:rsidRDefault="00530C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 wp14:anchorId="7CF0BAAB" wp14:editId="3A3621FD">
              <wp:simplePos x="0" y="0"/>
              <wp:positionH relativeFrom="column">
                <wp:posOffset>1484630</wp:posOffset>
              </wp:positionH>
              <wp:positionV relativeFrom="paragraph">
                <wp:posOffset>-49529</wp:posOffset>
              </wp:positionV>
              <wp:extent cx="3041650" cy="530860"/>
              <wp:effectExtent l="0" t="0" r="0" b="0"/>
              <wp:wrapNone/>
              <wp:docPr id="1182260253" name="Group 11822602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41650" cy="530860"/>
                        <a:chOff x="3825175" y="3514550"/>
                        <a:chExt cx="3041650" cy="530900"/>
                      </a:xfrm>
                    </wpg:grpSpPr>
                    <wpg:grpSp>
                      <wpg:cNvPr id="440418358" name="Group 440418358"/>
                      <wpg:cNvGrpSpPr/>
                      <wpg:grpSpPr>
                        <a:xfrm>
                          <a:off x="3825175" y="3514570"/>
                          <a:ext cx="3041650" cy="530860"/>
                          <a:chOff x="0" y="0"/>
                          <a:chExt cx="4248150" cy="810260"/>
                        </a:xfrm>
                      </wpg:grpSpPr>
                      <wps:wsp>
                        <wps:cNvPr id="1790918089" name="Rectangle 1790918089"/>
                        <wps:cNvSpPr/>
                        <wps:spPr>
                          <a:xfrm>
                            <a:off x="0" y="0"/>
                            <a:ext cx="4248150" cy="81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5735D9C" w14:textId="77777777" w:rsidR="000C3679" w:rsidRDefault="000C367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Shape 4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241300"/>
                            <a:ext cx="1169035" cy="465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Shape 5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774950" y="88900"/>
                            <a:ext cx="147320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206500" y="0"/>
                            <a:ext cx="1814195" cy="810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7CF0BAAB" id="Group 1182260253" o:spid="_x0000_s1032" style="position:absolute;margin-left:116.9pt;margin-top:-3.9pt;width:239.5pt;height:41.8pt;z-index:-251657216;mso-wrap-distance-left:0;mso-wrap-distance-right:0" coordorigin="38251,35145" coordsize="30416,530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DFJgUtFABijAoooAMD0owPSii&#10;gAwPSjA9KKKADA9KMD0oooAMD0owPSiigAwPSjA9KKKADA9KMD0oooAMD0owPSiigAwPSjA9KKKA&#10;DA9KMD0oooAMD0owPSiigAwPSjA9KKKADA9KMD0oooAMD0owPSiigAwPSjA9KKKADA9KMD0oooAM&#10;D0owPSiigAwPSjA9KKKADA9KMD0oooAMD0owPSiigAwPSjA9KKKADA9KMD0oooAMD0owPSiigAwP&#10;SjA9KKKADA9KMD0oooAMD0owPSiigAwPSiiigAxR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">
              <v:group id="Group 440418358" o:spid="_x0000_s1033" style="position:absolute;left:38251;top:35145;width:30417;height:5309" coordsize="42481,8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">
                <v:rect id="Rectangle 1790918089" o:spid="_x0000_s1034" style="position:absolute;width:42481;height:81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" filled="f" stroked="f">
                  <v:textbox inset="2.53958mm,2.53958mm,2.53958mm,2.53958mm">
                    <w:txbxContent>
                      <w:p w14:paraId="35735D9C" w14:textId="77777777" w:rsidR="000C3679" w:rsidRDefault="000C3679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4" o:spid="_x0000_s1035" type="#_x0000_t75" style="position:absolute;top:2413;width:11690;height:465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">
                  <v:imagedata r:id="rId4" o:title=""/>
                </v:shape>
                <v:shape id="Shape 5" o:spid="_x0000_s1036" type="#_x0000_t75" style="position:absolute;left:27749;top:889;width:14732;height:6959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">
                  <v:imagedata r:id="rId5" o:title=""/>
                </v:shape>
                <v:shape id="Shape 6" o:spid="_x0000_s1037" type="#_x0000_t75" style="position:absolute;left:12065;width:18141;height:810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">
                  <v:imagedata r:id="rId6" o:title=""/>
                </v:shape>
              </v:group>
            </v:group>
          </w:pict>
        </mc:Fallback>
      </mc:AlternateContent>
    </w:r>
  </w:p>
  <w:tbl>
    <w:tblPr>
      <w:tblStyle w:val="a3"/>
      <w:tblW w:w="9438" w:type="dxa"/>
      <w:tblLayout w:type="fixed"/>
      <w:tblLook w:val="0400" w:firstRow="0" w:lastRow="0" w:firstColumn="0" w:lastColumn="0" w:noHBand="0" w:noVBand="1"/>
    </w:tblPr>
    <w:tblGrid>
      <w:gridCol w:w="3146"/>
      <w:gridCol w:w="3146"/>
      <w:gridCol w:w="3146"/>
    </w:tblGrid>
    <w:tr w:rsidR="000C3679" w14:paraId="34909954" w14:textId="77777777">
      <w:tc>
        <w:tcPr>
          <w:tcW w:w="3146" w:type="dxa"/>
        </w:tcPr>
        <w:p w14:paraId="5AA1C2F9" w14:textId="77777777" w:rsidR="000C3679" w:rsidRDefault="000C3679">
          <w:pPr>
            <w:jc w:val="center"/>
          </w:pPr>
        </w:p>
      </w:tc>
      <w:tc>
        <w:tcPr>
          <w:tcW w:w="3146" w:type="dxa"/>
        </w:tcPr>
        <w:p w14:paraId="0AC1C08C" w14:textId="77777777" w:rsidR="000C3679" w:rsidRDefault="000C3679">
          <w:pPr>
            <w:jc w:val="center"/>
          </w:pPr>
        </w:p>
      </w:tc>
      <w:tc>
        <w:tcPr>
          <w:tcW w:w="3146" w:type="dxa"/>
        </w:tcPr>
        <w:p w14:paraId="46047886" w14:textId="77777777" w:rsidR="000C3679" w:rsidRDefault="000C3679">
          <w:pPr>
            <w:jc w:val="center"/>
          </w:pPr>
        </w:p>
      </w:tc>
    </w:tr>
  </w:tbl>
  <w:p w14:paraId="2A56ED87" w14:textId="77777777" w:rsidR="000C3679" w:rsidRDefault="000C3679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C3A6" w14:textId="77777777" w:rsidR="000C3679" w:rsidRDefault="000C3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3E118" w14:textId="77777777" w:rsidR="00530C42" w:rsidRDefault="00530C42">
      <w:pPr>
        <w:spacing w:after="0" w:line="240" w:lineRule="auto"/>
      </w:pPr>
      <w:r>
        <w:separator/>
      </w:r>
    </w:p>
  </w:footnote>
  <w:footnote w:type="continuationSeparator" w:id="0">
    <w:p w14:paraId="7039432D" w14:textId="77777777" w:rsidR="00530C42" w:rsidRDefault="00530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B8935" w14:textId="77777777" w:rsidR="000C3679" w:rsidRDefault="000C3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BB6C" w14:textId="77777777" w:rsidR="000C3679" w:rsidRDefault="00530C4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0C1E553" wp14:editId="19877719">
              <wp:simplePos x="0" y="0"/>
              <wp:positionH relativeFrom="column">
                <wp:posOffset>-58419</wp:posOffset>
              </wp:positionH>
              <wp:positionV relativeFrom="paragraph">
                <wp:posOffset>635</wp:posOffset>
              </wp:positionV>
              <wp:extent cx="6134100" cy="762000"/>
              <wp:effectExtent l="0" t="0" r="0" b="0"/>
              <wp:wrapNone/>
              <wp:docPr id="1182260254" name="Group 11822602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762000"/>
                        <a:chOff x="2278950" y="3399000"/>
                        <a:chExt cx="6134100" cy="762000"/>
                      </a:xfrm>
                    </wpg:grpSpPr>
                    <wpg:grpSp>
                      <wpg:cNvPr id="1925945046" name="Group 1925945046"/>
                      <wpg:cNvGrpSpPr/>
                      <wpg:grpSpPr>
                        <a:xfrm>
                          <a:off x="2278950" y="3399000"/>
                          <a:ext cx="6134100" cy="762000"/>
                          <a:chOff x="0" y="0"/>
                          <a:chExt cx="6134100" cy="762000"/>
                        </a:xfrm>
                      </wpg:grpSpPr>
                      <wps:wsp>
                        <wps:cNvPr id="568657662" name="Rectangle 568657662"/>
                        <wps:cNvSpPr/>
                        <wps:spPr>
                          <a:xfrm>
                            <a:off x="0" y="0"/>
                            <a:ext cx="61341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E402CE9" w14:textId="77777777" w:rsidR="000C3679" w:rsidRDefault="000C3679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Shape 8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4762500" y="190500"/>
                            <a:ext cx="1371600" cy="40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Shape 9" descr="Une image contenant texte, Police, Graphique, logo&#10;&#10;Description générée automatiquement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374900" y="0"/>
                            <a:ext cx="11747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Shape 10"/>
                          <pic:cNvPicPr preferRelativeResize="0"/>
                        </pic:nvPicPr>
                        <pic:blipFill rotWithShape="1">
                          <a:blip r:embed="rId3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0" y="6350"/>
                            <a:ext cx="1244600" cy="664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30C1E553" id="Group 1182260254" o:spid="_x0000_s1026" style="position:absolute;margin-left:-4.6pt;margin-top:.05pt;width:483pt;height:60pt;z-index:251658240" coordorigin="22789,33990" coordsize="61341,762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f6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">
              <v:group id="Group 1925945046" o:spid="_x0000_s1027" style="position:absolute;left:22789;top:33990;width:61341;height:7620" coordsize="61341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">
                <v:rect id="Rectangle 568657662" o:spid="_x0000_s1028" style="position:absolute;width:61341;height:7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4E402CE9" w14:textId="77777777" w:rsidR="000C3679" w:rsidRDefault="000C3679">
                        <w:pPr>
                          <w:spacing w:after="0" w:line="240" w:lineRule="auto"/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8" o:spid="_x0000_s1029" type="#_x0000_t75" style="position:absolute;left:47625;top:1905;width:13716;height:406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">
                  <v:imagedata r:id="rId4" o:title=""/>
                </v:shape>
                <v:shape id="Shape 9" o:spid="_x0000_s1030" type="#_x0000_t75" alt="Une image contenant texte, Police, Graphique, logo&#10;&#10;Description générée automatiquement" style="position:absolute;left:23749;width:11747;height:762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">
                  <v:imagedata r:id="rId5" o:title="Une image contenant texte, Police, Graphique, logo&#10;&#10;Description générée automatiquement"/>
                </v:shape>
                <v:shape id="Shape 10" o:spid="_x0000_s1031" type="#_x0000_t75" style="position:absolute;top:63;width:12446;height:6648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">
                  <v:imagedata r:id="rId6" o:title=""/>
                </v:shape>
              </v:group>
            </v:group>
          </w:pict>
        </mc:Fallback>
      </mc:AlternateContent>
    </w:r>
  </w:p>
  <w:tbl>
    <w:tblPr>
      <w:tblStyle w:val="a2"/>
      <w:tblW w:w="9438" w:type="dxa"/>
      <w:tblLayout w:type="fixed"/>
      <w:tblLook w:val="0400" w:firstRow="0" w:lastRow="0" w:firstColumn="0" w:lastColumn="0" w:noHBand="0" w:noVBand="1"/>
    </w:tblPr>
    <w:tblGrid>
      <w:gridCol w:w="3146"/>
      <w:gridCol w:w="3146"/>
      <w:gridCol w:w="3146"/>
    </w:tblGrid>
    <w:tr w:rsidR="000C3679" w14:paraId="624EEE44" w14:textId="77777777">
      <w:tc>
        <w:tcPr>
          <w:tcW w:w="3146" w:type="dxa"/>
        </w:tcPr>
        <w:p w14:paraId="63AF18BE" w14:textId="77777777" w:rsidR="000C3679" w:rsidRDefault="000C3679">
          <w:pPr>
            <w:spacing w:after="0"/>
            <w:jc w:val="center"/>
          </w:pPr>
        </w:p>
      </w:tc>
      <w:tc>
        <w:tcPr>
          <w:tcW w:w="3146" w:type="dxa"/>
        </w:tcPr>
        <w:p w14:paraId="4F550A43" w14:textId="77777777" w:rsidR="000C3679" w:rsidRDefault="000C3679">
          <w:pPr>
            <w:spacing w:after="0"/>
            <w:jc w:val="center"/>
          </w:pPr>
        </w:p>
      </w:tc>
      <w:tc>
        <w:tcPr>
          <w:tcW w:w="3146" w:type="dxa"/>
        </w:tcPr>
        <w:p w14:paraId="0C7792FF" w14:textId="77777777" w:rsidR="000C3679" w:rsidRDefault="000C3679">
          <w:pPr>
            <w:spacing w:after="0"/>
            <w:jc w:val="center"/>
          </w:pPr>
        </w:p>
      </w:tc>
    </w:tr>
  </w:tbl>
  <w:p w14:paraId="0917984C" w14:textId="77777777" w:rsidR="000C3679" w:rsidRDefault="000C3679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96718" w14:textId="77777777" w:rsidR="000C3679" w:rsidRDefault="000C367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EF8"/>
    <w:multiLevelType w:val="multilevel"/>
    <w:tmpl w:val="BF7EB54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582567220">
    <w:abstractNumId w:val="0"/>
  </w:num>
  <w:num w:numId="2" w16cid:durableId="404498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11209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11572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18137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311831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679"/>
    <w:rsid w:val="000C3679"/>
    <w:rsid w:val="002E2F09"/>
    <w:rsid w:val="002F5B9F"/>
    <w:rsid w:val="00530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7F55D"/>
  <w15:docId w15:val="{BCC324D4-5629-4B1B-A3F0-260C69AA1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color w:val="263449"/>
        <w:sz w:val="19"/>
        <w:szCs w:val="19"/>
        <w:lang w:val="fr" w:eastAsia="fr-FR" w:bidi="ar-SA"/>
      </w:rPr>
    </w:rPrDefault>
    <w:pPrDefault>
      <w:pPr>
        <w:spacing w:after="8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jp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5" Type="http://schemas.openxmlformats.org/officeDocument/2006/relationships/image" Target="media/image11.jpeg"/><Relationship Id="rId4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uo6Vk/7cPat5QumaOHA9zsQf1Q==">CgMxLjA4AHIhMWNHeGo0bE1HNTJQQXN4NUJyNEl4N1UyZkpmbU94SGlp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414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Admin</cp:lastModifiedBy>
  <cp:revision>2</cp:revision>
  <dcterms:created xsi:type="dcterms:W3CDTF">2026-10-27T14:55:00Z</dcterms:created>
  <dcterms:modified xsi:type="dcterms:W3CDTF">2026-10-27T14:55:00Z</dcterms:modified>
</cp:coreProperties>
</file>